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0DD7" w14:textId="532B13D2" w:rsidR="00576F19" w:rsidRPr="00AE3A2D" w:rsidRDefault="00985A52">
      <w:pPr>
        <w:spacing w:line="240" w:lineRule="auto"/>
        <w:jc w:val="center"/>
        <w:rPr>
          <w:lang w:eastAsia="ja-JP"/>
        </w:rPr>
      </w:pPr>
      <w:r w:rsidRPr="00AE3A2D">
        <w:rPr>
          <w:b/>
          <w:sz w:val="30"/>
          <w:lang w:eastAsia="ja-JP"/>
        </w:rPr>
        <w:t>質疑・回答について</w:t>
      </w:r>
    </w:p>
    <w:p w14:paraId="07E2B226" w14:textId="77777777" w:rsidR="00576F19" w:rsidRPr="00AE3A2D" w:rsidRDefault="00000000">
      <w:pPr>
        <w:spacing w:after="80" w:line="240" w:lineRule="auto"/>
        <w:rPr>
          <w:lang w:eastAsia="ja-JP"/>
        </w:rPr>
      </w:pPr>
      <w:r w:rsidRPr="00AE3A2D">
        <w:rPr>
          <w:b/>
          <w:sz w:val="22"/>
          <w:lang w:eastAsia="ja-JP"/>
        </w:rPr>
        <w:t>１　仕様書等に係る質疑書の提出</w:t>
      </w:r>
    </w:p>
    <w:p w14:paraId="1ED90DE4" w14:textId="77777777" w:rsidR="00576F19" w:rsidRPr="00AE3A2D" w:rsidRDefault="00000000">
      <w:pPr>
        <w:spacing w:before="20" w:after="40" w:line="240" w:lineRule="auto"/>
      </w:pPr>
      <w:r w:rsidRPr="00AE3A2D">
        <w:t>（１）提出日　　令和８年７月６日（月）</w:t>
      </w:r>
    </w:p>
    <w:p w14:paraId="07F6B33D" w14:textId="77777777" w:rsidR="00576F19" w:rsidRPr="00AE3A2D" w:rsidRDefault="00000000">
      <w:pPr>
        <w:spacing w:before="20" w:after="40" w:line="240" w:lineRule="auto"/>
        <w:rPr>
          <w:lang w:eastAsia="ja-JP"/>
        </w:rPr>
      </w:pPr>
      <w:r w:rsidRPr="00AE3A2D">
        <w:rPr>
          <w:lang w:eastAsia="ja-JP"/>
        </w:rPr>
        <w:t>（２）提出方法　電子メールのみ</w:t>
      </w:r>
    </w:p>
    <w:p w14:paraId="1E46D4D3" w14:textId="7C25EF82" w:rsidR="00576F19" w:rsidRPr="00AE3A2D" w:rsidRDefault="00000000">
      <w:pPr>
        <w:spacing w:before="20" w:after="40" w:line="240" w:lineRule="auto"/>
      </w:pPr>
      <w:r w:rsidRPr="00AE3A2D">
        <w:t xml:space="preserve">（３）提出先　　</w:t>
      </w:r>
      <w:proofErr w:type="spellStart"/>
      <w:r w:rsidRPr="00AE3A2D">
        <w:t>社会医療法人寿人会</w:t>
      </w:r>
      <w:proofErr w:type="spellEnd"/>
      <w:r w:rsidRPr="00AE3A2D">
        <w:t xml:space="preserve">　木村病院</w:t>
      </w:r>
      <w:r w:rsidRPr="00AE3A2D">
        <w:br/>
        <w:t xml:space="preserve">　　　　　　　　</w:t>
      </w:r>
      <w:proofErr w:type="spellStart"/>
      <w:r w:rsidRPr="00AE3A2D">
        <w:t>担当部署</w:t>
      </w:r>
      <w:proofErr w:type="spellEnd"/>
      <w:r w:rsidRPr="00AE3A2D">
        <w:t>：</w:t>
      </w:r>
      <w:r w:rsidR="00AE3A2D" w:rsidRPr="00AE3A2D">
        <w:rPr>
          <w:rFonts w:ascii="ＭＳ 明朝" w:eastAsia="ＭＳ 明朝" w:hAnsi="ＭＳ 明朝" w:hint="eastAsia"/>
        </w:rPr>
        <w:t xml:space="preserve">　</w:t>
      </w:r>
      <w:proofErr w:type="spellStart"/>
      <w:r w:rsidR="00AE3A2D" w:rsidRPr="00AE3A2D">
        <w:rPr>
          <w:rFonts w:ascii="ＭＳ 明朝" w:eastAsia="ＭＳ 明朝" w:hAnsi="ＭＳ 明朝" w:hint="eastAsia"/>
        </w:rPr>
        <w:t>事務管理課</w:t>
      </w:r>
      <w:proofErr w:type="spellEnd"/>
      <w:r w:rsidRPr="00AE3A2D">
        <w:t xml:space="preserve">　　　　　　　　　　　　　　　</w:t>
      </w:r>
      <w:r w:rsidRPr="00AE3A2D">
        <w:br/>
        <w:t xml:space="preserve">　　　　　　　　E-mail：　</w:t>
      </w:r>
      <w:hyperlink r:id="rId8" w:history="1">
        <w:r w:rsidR="00AE3A2D" w:rsidRPr="00AE3A2D">
          <w:rPr>
            <w:rStyle w:val="aff"/>
            <w:rFonts w:ascii="ＭＳ 明朝" w:eastAsia="ＭＳ 明朝" w:hAnsi="ＭＳ 明朝"/>
            <w:color w:val="auto"/>
          </w:rPr>
          <w:t>kimura@jujinkai.or.jp</w:t>
        </w:r>
      </w:hyperlink>
      <w:r w:rsidRPr="00AE3A2D">
        <w:t xml:space="preserve">　　　　　　　　　　　　　　　</w:t>
      </w:r>
    </w:p>
    <w:p w14:paraId="1E5F55D5" w14:textId="57B92AF7" w:rsidR="00576F19" w:rsidRPr="00AE3A2D" w:rsidRDefault="00000000">
      <w:pPr>
        <w:spacing w:before="20" w:after="40" w:line="240" w:lineRule="auto"/>
        <w:rPr>
          <w:lang w:eastAsia="ja-JP"/>
        </w:rPr>
      </w:pPr>
      <w:r w:rsidRPr="00AE3A2D">
        <w:rPr>
          <w:lang w:eastAsia="ja-JP"/>
        </w:rPr>
        <w:t>（４）</w:t>
      </w:r>
      <w:r w:rsidR="00985A52" w:rsidRPr="00AE3A2D">
        <w:rPr>
          <w:lang w:eastAsia="ja-JP"/>
        </w:rPr>
        <w:t>質疑</w:t>
      </w:r>
      <w:r w:rsidRPr="00AE3A2D">
        <w:rPr>
          <w:lang w:eastAsia="ja-JP"/>
        </w:rPr>
        <w:t>事項がない場合も、「なし」として提出してください。</w:t>
      </w:r>
    </w:p>
    <w:p w14:paraId="4A6C822D" w14:textId="77777777" w:rsidR="00576F19" w:rsidRPr="00AE3A2D" w:rsidRDefault="00000000">
      <w:pPr>
        <w:spacing w:before="20" w:after="40" w:line="240" w:lineRule="auto"/>
        <w:rPr>
          <w:lang w:eastAsia="ja-JP"/>
        </w:rPr>
      </w:pPr>
      <w:r w:rsidRPr="00AE3A2D">
        <w:rPr>
          <w:lang w:eastAsia="ja-JP"/>
        </w:rPr>
        <w:t>（５）質疑書は、別紙様式を使用してください。</w:t>
      </w:r>
    </w:p>
    <w:p w14:paraId="3FCAE239" w14:textId="50B94FF2" w:rsidR="00576F19" w:rsidRPr="00AE3A2D" w:rsidRDefault="00000000">
      <w:pPr>
        <w:spacing w:before="20" w:after="40" w:line="240" w:lineRule="auto"/>
        <w:rPr>
          <w:lang w:eastAsia="ja-JP"/>
        </w:rPr>
      </w:pPr>
      <w:r w:rsidRPr="00AE3A2D">
        <w:rPr>
          <w:lang w:eastAsia="ja-JP"/>
        </w:rPr>
        <w:t>（６）持参、郵送、ファクシミリ、電話又は口頭による</w:t>
      </w:r>
      <w:r w:rsidR="00985A52" w:rsidRPr="00AE3A2D">
        <w:rPr>
          <w:lang w:eastAsia="ja-JP"/>
        </w:rPr>
        <w:t>質疑</w:t>
      </w:r>
      <w:r w:rsidRPr="00AE3A2D">
        <w:rPr>
          <w:lang w:eastAsia="ja-JP"/>
        </w:rPr>
        <w:t>は受け付けません。</w:t>
      </w:r>
    </w:p>
    <w:p w14:paraId="6555716F" w14:textId="77777777" w:rsidR="00576F19" w:rsidRPr="00AE3A2D" w:rsidRDefault="00000000">
      <w:pPr>
        <w:spacing w:before="160" w:after="80" w:line="240" w:lineRule="auto"/>
        <w:rPr>
          <w:lang w:eastAsia="ja-JP"/>
        </w:rPr>
      </w:pPr>
      <w:r w:rsidRPr="00AE3A2D">
        <w:rPr>
          <w:b/>
          <w:sz w:val="22"/>
          <w:lang w:eastAsia="ja-JP"/>
        </w:rPr>
        <w:t>２　回答書の交付</w:t>
      </w:r>
    </w:p>
    <w:p w14:paraId="19ED892A" w14:textId="4F8F0F47" w:rsidR="00576F19" w:rsidRDefault="00000000">
      <w:pPr>
        <w:spacing w:before="20" w:after="40" w:line="240" w:lineRule="auto"/>
        <w:rPr>
          <w:rFonts w:hint="eastAsia"/>
          <w:lang w:eastAsia="ja-JP"/>
        </w:rPr>
      </w:pPr>
      <w:r w:rsidRPr="00AE3A2D">
        <w:rPr>
          <w:lang w:eastAsia="ja-JP"/>
        </w:rPr>
        <w:t xml:space="preserve">（１）日　時　　</w:t>
      </w:r>
      <w:r w:rsidR="005B573D">
        <w:rPr>
          <w:lang w:eastAsia="ja-JP"/>
        </w:rPr>
        <w:t>回答は、社会医療法人寿人会木村病院ホームページ入札情報公開システムに掲載する。</w:t>
      </w:r>
    </w:p>
    <w:p w14:paraId="4E78F2B0" w14:textId="7EAC14A2" w:rsidR="005B573D" w:rsidRPr="005B573D" w:rsidRDefault="005B573D">
      <w:pPr>
        <w:spacing w:before="20" w:after="40" w:line="240" w:lineRule="auto"/>
        <w:rPr>
          <w:rFonts w:hint="eastAsia"/>
          <w:lang w:eastAsia="ja-JP"/>
        </w:rPr>
      </w:pPr>
      <w:r>
        <w:rPr>
          <w:rFonts w:hint="eastAsia"/>
          <w:lang w:eastAsia="ja-JP"/>
        </w:rPr>
        <w:t xml:space="preserve">　　　　　　　　</w:t>
      </w:r>
    </w:p>
    <w:p w14:paraId="48B3E1EE" w14:textId="77777777" w:rsidR="00576F19" w:rsidRPr="00AE3A2D" w:rsidRDefault="00000000">
      <w:pPr>
        <w:spacing w:before="20" w:after="40" w:line="240" w:lineRule="auto"/>
        <w:rPr>
          <w:lang w:eastAsia="ja-JP"/>
        </w:rPr>
      </w:pPr>
      <w:r w:rsidRPr="00AE3A2D">
        <w:rPr>
          <w:lang w:eastAsia="ja-JP"/>
        </w:rPr>
        <w:t>（２）質疑書及び回答書の扱い</w:t>
      </w:r>
    </w:p>
    <w:p w14:paraId="37EF40DA" w14:textId="77777777" w:rsidR="00576F19" w:rsidRPr="00AE3A2D" w:rsidRDefault="00000000">
      <w:pPr>
        <w:spacing w:before="20" w:after="40" w:line="240" w:lineRule="auto"/>
        <w:rPr>
          <w:lang w:eastAsia="ja-JP"/>
        </w:rPr>
      </w:pPr>
      <w:r w:rsidRPr="00AE3A2D">
        <w:rPr>
          <w:lang w:eastAsia="ja-JP"/>
        </w:rPr>
        <w:t xml:space="preserve">　ア　回答書は、仕様書等の一部として取り扱うものとします。</w:t>
      </w:r>
    </w:p>
    <w:p w14:paraId="7097B96B" w14:textId="77777777" w:rsidR="00576F19" w:rsidRPr="00AE3A2D" w:rsidRDefault="00000000">
      <w:pPr>
        <w:spacing w:before="20" w:after="40" w:line="240" w:lineRule="auto"/>
        <w:rPr>
          <w:lang w:eastAsia="ja-JP"/>
        </w:rPr>
      </w:pPr>
      <w:r w:rsidRPr="00AE3A2D">
        <w:rPr>
          <w:lang w:eastAsia="ja-JP"/>
        </w:rPr>
        <w:t xml:space="preserve">　イ　質疑書の提出又は回答書の交付に応じない場合であっても、仕様書等の内容について、すべて承知したものとして取り扱います。</w:t>
      </w:r>
    </w:p>
    <w:p w14:paraId="6B757E3A" w14:textId="77777777" w:rsidR="00AE3A2D" w:rsidRDefault="00AE3A2D">
      <w:pPr>
        <w:spacing w:line="240" w:lineRule="auto"/>
        <w:rPr>
          <w:color w:val="EE0000"/>
          <w:sz w:val="18"/>
          <w:lang w:eastAsia="ja-JP"/>
        </w:rPr>
      </w:pPr>
    </w:p>
    <w:p w14:paraId="338AC8F7" w14:textId="4464D613" w:rsidR="00576F19" w:rsidRPr="00AE3A2D" w:rsidRDefault="00000000">
      <w:pPr>
        <w:spacing w:line="240" w:lineRule="auto"/>
        <w:rPr>
          <w:lang w:eastAsia="ja-JP"/>
        </w:rPr>
      </w:pPr>
      <w:r w:rsidRPr="00AE3A2D">
        <w:rPr>
          <w:lang w:eastAsia="ja-JP"/>
        </w:rPr>
        <w:br w:type="page"/>
      </w:r>
    </w:p>
    <w:p w14:paraId="6E4C6D37" w14:textId="55D5038D" w:rsidR="00576F19" w:rsidRPr="00AE3A2D" w:rsidRDefault="00000000">
      <w:pPr>
        <w:spacing w:after="40" w:line="240" w:lineRule="auto"/>
        <w:rPr>
          <w:lang w:eastAsia="ja-JP"/>
        </w:rPr>
      </w:pPr>
      <w:r w:rsidRPr="00AE3A2D">
        <w:rPr>
          <w:lang w:eastAsia="ja-JP"/>
        </w:rPr>
        <w:lastRenderedPageBreak/>
        <w:t>様式</w:t>
      </w:r>
      <w:r w:rsidR="00AE3A2D">
        <w:rPr>
          <w:rFonts w:hint="eastAsia"/>
          <w:lang w:eastAsia="ja-JP"/>
        </w:rPr>
        <w:t>１</w:t>
      </w:r>
    </w:p>
    <w:p w14:paraId="0506CDBF" w14:textId="77777777" w:rsidR="00576F19" w:rsidRPr="00AE3A2D" w:rsidRDefault="00000000">
      <w:pPr>
        <w:spacing w:after="40" w:line="240" w:lineRule="auto"/>
        <w:jc w:val="center"/>
        <w:rPr>
          <w:lang w:eastAsia="ja-JP"/>
        </w:rPr>
      </w:pPr>
      <w:r w:rsidRPr="00AE3A2D">
        <w:rPr>
          <w:b/>
          <w:sz w:val="30"/>
          <w:lang w:eastAsia="ja-JP"/>
        </w:rPr>
        <w:t>仕様書等に係る質疑書</w:t>
      </w:r>
    </w:p>
    <w:p w14:paraId="710FC81D" w14:textId="77777777" w:rsidR="00576F19" w:rsidRPr="00AE3A2D" w:rsidRDefault="00000000">
      <w:pPr>
        <w:spacing w:after="160" w:line="240" w:lineRule="auto"/>
        <w:jc w:val="center"/>
        <w:rPr>
          <w:lang w:eastAsia="ja-JP"/>
        </w:rPr>
      </w:pPr>
      <w:r w:rsidRPr="00AE3A2D">
        <w:rPr>
          <w:lang w:eastAsia="ja-JP"/>
        </w:rPr>
        <w:t>（令和8年度社会医療法人寿人会木村病院等診療材料等物流管理委託業務に係るプロポーザル）</w:t>
      </w:r>
    </w:p>
    <w:tbl>
      <w:tblPr>
        <w:tblStyle w:val="afe"/>
        <w:tblW w:w="0" w:type="auto"/>
        <w:jc w:val="center"/>
        <w:tblLook w:val="04A0" w:firstRow="1" w:lastRow="0" w:firstColumn="1" w:lastColumn="0" w:noHBand="0" w:noVBand="1"/>
      </w:tblPr>
      <w:tblGrid>
        <w:gridCol w:w="1800"/>
        <w:gridCol w:w="7200"/>
      </w:tblGrid>
      <w:tr w:rsidR="00576F19" w:rsidRPr="00AE3A2D" w14:paraId="210034C8" w14:textId="77777777">
        <w:trPr>
          <w:trHeight w:val="620"/>
          <w:jc w:val="center"/>
        </w:trPr>
        <w:tc>
          <w:tcPr>
            <w:tcW w:w="180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57CF56D" w14:textId="77777777" w:rsidR="00576F19" w:rsidRPr="00AE3A2D" w:rsidRDefault="00000000">
            <w:pPr>
              <w:jc w:val="center"/>
            </w:pPr>
            <w:r w:rsidRPr="00AE3A2D">
              <w:rPr>
                <w:b/>
              </w:rPr>
              <w:t>日　付</w:t>
            </w:r>
          </w:p>
        </w:tc>
        <w:tc>
          <w:tcPr>
            <w:tcW w:w="7200" w:type="dxa"/>
            <w:tcBorders>
              <w:top w:val="single" w:sz="6" w:space="0" w:color="000000"/>
              <w:left w:val="single" w:sz="6" w:space="0" w:color="000000"/>
              <w:bottom w:val="single" w:sz="6" w:space="0" w:color="000000"/>
              <w:right w:val="single" w:sz="6" w:space="0" w:color="000000"/>
            </w:tcBorders>
            <w:vAlign w:val="center"/>
          </w:tcPr>
          <w:p w14:paraId="25E017DD" w14:textId="77777777" w:rsidR="00576F19" w:rsidRPr="00AE3A2D" w:rsidRDefault="00000000">
            <w:r w:rsidRPr="00AE3A2D">
              <w:t>令和　　年　　月　　日</w:t>
            </w:r>
          </w:p>
        </w:tc>
      </w:tr>
      <w:tr w:rsidR="00576F19" w:rsidRPr="00AE3A2D" w14:paraId="07C4F91C" w14:textId="77777777">
        <w:trPr>
          <w:trHeight w:val="620"/>
          <w:jc w:val="center"/>
        </w:trPr>
        <w:tc>
          <w:tcPr>
            <w:tcW w:w="180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FF598AD" w14:textId="2DC85F1D" w:rsidR="00576F19" w:rsidRPr="00AE3A2D" w:rsidRDefault="007345A8">
            <w:pPr>
              <w:jc w:val="center"/>
            </w:pPr>
            <w:r w:rsidRPr="00AE3A2D">
              <w:rPr>
                <w:rFonts w:hint="eastAsia"/>
                <w:b/>
                <w:lang w:eastAsia="ja-JP"/>
              </w:rPr>
              <w:t>提出</w:t>
            </w:r>
            <w:r w:rsidRPr="00AE3A2D">
              <w:rPr>
                <w:b/>
              </w:rPr>
              <w:t>者</w:t>
            </w:r>
          </w:p>
        </w:tc>
        <w:tc>
          <w:tcPr>
            <w:tcW w:w="7200" w:type="dxa"/>
            <w:tcBorders>
              <w:top w:val="single" w:sz="6" w:space="0" w:color="000000"/>
              <w:left w:val="single" w:sz="6" w:space="0" w:color="000000"/>
              <w:bottom w:val="single" w:sz="6" w:space="0" w:color="000000"/>
              <w:right w:val="single" w:sz="6" w:space="0" w:color="000000"/>
            </w:tcBorders>
            <w:vAlign w:val="center"/>
          </w:tcPr>
          <w:p w14:paraId="2BEEEB48" w14:textId="77777777" w:rsidR="00576F19" w:rsidRPr="00AE3A2D" w:rsidRDefault="00576F19"/>
        </w:tc>
      </w:tr>
      <w:tr w:rsidR="00576F19" w:rsidRPr="00AE3A2D" w14:paraId="203127D1" w14:textId="77777777">
        <w:trPr>
          <w:trHeight w:val="620"/>
          <w:jc w:val="center"/>
        </w:trPr>
        <w:tc>
          <w:tcPr>
            <w:tcW w:w="180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2A955362" w14:textId="77777777" w:rsidR="00576F19" w:rsidRPr="00AE3A2D" w:rsidRDefault="00000000">
            <w:pPr>
              <w:jc w:val="center"/>
            </w:pPr>
            <w:r w:rsidRPr="00AE3A2D">
              <w:rPr>
                <w:b/>
              </w:rPr>
              <w:t>連絡先</w:t>
            </w:r>
          </w:p>
        </w:tc>
        <w:tc>
          <w:tcPr>
            <w:tcW w:w="7200" w:type="dxa"/>
            <w:tcBorders>
              <w:top w:val="single" w:sz="6" w:space="0" w:color="000000"/>
              <w:left w:val="single" w:sz="6" w:space="0" w:color="000000"/>
              <w:bottom w:val="single" w:sz="6" w:space="0" w:color="000000"/>
              <w:right w:val="single" w:sz="6" w:space="0" w:color="000000"/>
            </w:tcBorders>
            <w:vAlign w:val="center"/>
          </w:tcPr>
          <w:p w14:paraId="3DAC9086" w14:textId="77777777" w:rsidR="00576F19" w:rsidRPr="00AE3A2D" w:rsidRDefault="00000000">
            <w:r w:rsidRPr="00AE3A2D">
              <w:t xml:space="preserve">電話：　　　　　　　　　　　　</w:t>
            </w:r>
            <w:r w:rsidRPr="00AE3A2D">
              <w:br/>
              <w:t xml:space="preserve">E-mail：　　　　　　　　　　　</w:t>
            </w:r>
          </w:p>
        </w:tc>
      </w:tr>
    </w:tbl>
    <w:p w14:paraId="18D14D2D" w14:textId="77777777" w:rsidR="00576F19" w:rsidRPr="00AE3A2D" w:rsidRDefault="00576F19">
      <w:pPr>
        <w:spacing w:after="60" w:line="240" w:lineRule="auto"/>
      </w:pPr>
    </w:p>
    <w:tbl>
      <w:tblPr>
        <w:tblStyle w:val="afe"/>
        <w:tblW w:w="0" w:type="auto"/>
        <w:jc w:val="center"/>
        <w:tblLook w:val="04A0" w:firstRow="1" w:lastRow="0" w:firstColumn="1" w:lastColumn="0" w:noHBand="0" w:noVBand="1"/>
      </w:tblPr>
      <w:tblGrid>
        <w:gridCol w:w="900"/>
        <w:gridCol w:w="700"/>
        <w:gridCol w:w="2700"/>
        <w:gridCol w:w="5500"/>
      </w:tblGrid>
      <w:tr w:rsidR="00576F19" w:rsidRPr="00AE3A2D" w14:paraId="1CF7C483" w14:textId="77777777">
        <w:trPr>
          <w:trHeight w:val="500"/>
          <w:tblHeader/>
          <w:jc w:val="center"/>
        </w:trPr>
        <w:tc>
          <w:tcPr>
            <w:tcW w:w="90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308A7F6E" w14:textId="77777777" w:rsidR="00576F19" w:rsidRPr="00AE3A2D" w:rsidRDefault="00000000">
            <w:pPr>
              <w:jc w:val="center"/>
            </w:pPr>
            <w:r w:rsidRPr="00AE3A2D">
              <w:rPr>
                <w:b/>
              </w:rPr>
              <w:t>ページ</w:t>
            </w:r>
          </w:p>
        </w:tc>
        <w:tc>
          <w:tcPr>
            <w:tcW w:w="70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4C476EC2" w14:textId="77777777" w:rsidR="00576F19" w:rsidRPr="00AE3A2D" w:rsidRDefault="00000000">
            <w:pPr>
              <w:jc w:val="center"/>
            </w:pPr>
            <w:r w:rsidRPr="00AE3A2D">
              <w:rPr>
                <w:b/>
              </w:rPr>
              <w:t>行</w:t>
            </w:r>
          </w:p>
        </w:tc>
        <w:tc>
          <w:tcPr>
            <w:tcW w:w="270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B70F379" w14:textId="77777777" w:rsidR="00576F19" w:rsidRPr="00AE3A2D" w:rsidRDefault="00000000">
            <w:pPr>
              <w:jc w:val="center"/>
            </w:pPr>
            <w:r w:rsidRPr="00AE3A2D">
              <w:rPr>
                <w:b/>
              </w:rPr>
              <w:t>項　　目</w:t>
            </w:r>
          </w:p>
        </w:tc>
        <w:tc>
          <w:tcPr>
            <w:tcW w:w="550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739517B" w14:textId="36A43947" w:rsidR="00576F19" w:rsidRPr="00AE3A2D" w:rsidRDefault="00985A52">
            <w:pPr>
              <w:jc w:val="center"/>
            </w:pPr>
            <w:r w:rsidRPr="00AE3A2D">
              <w:rPr>
                <w:b/>
              </w:rPr>
              <w:t>質</w:t>
            </w:r>
            <w:r w:rsidRPr="00AE3A2D">
              <w:rPr>
                <w:rFonts w:hint="eastAsia"/>
                <w:b/>
                <w:lang w:eastAsia="ja-JP"/>
              </w:rPr>
              <w:t xml:space="preserve">　</w:t>
            </w:r>
            <w:r w:rsidRPr="00AE3A2D">
              <w:rPr>
                <w:b/>
              </w:rPr>
              <w:t>疑　内　容</w:t>
            </w:r>
          </w:p>
        </w:tc>
      </w:tr>
      <w:tr w:rsidR="00576F19" w:rsidRPr="00AE3A2D" w14:paraId="0EF5AF5A" w14:textId="77777777">
        <w:trPr>
          <w:trHeight w:val="900"/>
          <w:jc w:val="center"/>
        </w:trPr>
        <w:tc>
          <w:tcPr>
            <w:tcW w:w="900" w:type="dxa"/>
            <w:tcBorders>
              <w:top w:val="single" w:sz="6" w:space="0" w:color="000000"/>
              <w:left w:val="single" w:sz="6" w:space="0" w:color="000000"/>
              <w:bottom w:val="single" w:sz="6" w:space="0" w:color="000000"/>
              <w:right w:val="single" w:sz="6" w:space="0" w:color="000000"/>
            </w:tcBorders>
          </w:tcPr>
          <w:p w14:paraId="683A8D7C" w14:textId="77777777" w:rsidR="00576F19" w:rsidRPr="00AE3A2D" w:rsidRDefault="00576F19"/>
        </w:tc>
        <w:tc>
          <w:tcPr>
            <w:tcW w:w="700" w:type="dxa"/>
            <w:tcBorders>
              <w:top w:val="single" w:sz="6" w:space="0" w:color="000000"/>
              <w:left w:val="single" w:sz="6" w:space="0" w:color="000000"/>
              <w:bottom w:val="single" w:sz="6" w:space="0" w:color="000000"/>
              <w:right w:val="single" w:sz="6" w:space="0" w:color="000000"/>
            </w:tcBorders>
          </w:tcPr>
          <w:p w14:paraId="2952BB38" w14:textId="77777777" w:rsidR="00576F19" w:rsidRPr="00AE3A2D" w:rsidRDefault="00576F19"/>
        </w:tc>
        <w:tc>
          <w:tcPr>
            <w:tcW w:w="2700" w:type="dxa"/>
            <w:tcBorders>
              <w:top w:val="single" w:sz="6" w:space="0" w:color="000000"/>
              <w:left w:val="single" w:sz="6" w:space="0" w:color="000000"/>
              <w:bottom w:val="single" w:sz="6" w:space="0" w:color="000000"/>
              <w:right w:val="single" w:sz="6" w:space="0" w:color="000000"/>
            </w:tcBorders>
          </w:tcPr>
          <w:p w14:paraId="65E51FC5" w14:textId="77777777" w:rsidR="00576F19" w:rsidRPr="00AE3A2D" w:rsidRDefault="00576F19"/>
        </w:tc>
        <w:tc>
          <w:tcPr>
            <w:tcW w:w="5500" w:type="dxa"/>
            <w:tcBorders>
              <w:top w:val="single" w:sz="6" w:space="0" w:color="000000"/>
              <w:left w:val="single" w:sz="6" w:space="0" w:color="000000"/>
              <w:bottom w:val="single" w:sz="6" w:space="0" w:color="000000"/>
              <w:right w:val="single" w:sz="6" w:space="0" w:color="000000"/>
            </w:tcBorders>
          </w:tcPr>
          <w:p w14:paraId="2200ACE6" w14:textId="77777777" w:rsidR="00576F19" w:rsidRPr="00AE3A2D" w:rsidRDefault="00576F19"/>
        </w:tc>
      </w:tr>
      <w:tr w:rsidR="00576F19" w:rsidRPr="00AE3A2D" w14:paraId="14AA9658" w14:textId="77777777">
        <w:trPr>
          <w:trHeight w:val="900"/>
          <w:jc w:val="center"/>
        </w:trPr>
        <w:tc>
          <w:tcPr>
            <w:tcW w:w="900" w:type="dxa"/>
            <w:tcBorders>
              <w:top w:val="single" w:sz="6" w:space="0" w:color="000000"/>
              <w:left w:val="single" w:sz="6" w:space="0" w:color="000000"/>
              <w:bottom w:val="single" w:sz="6" w:space="0" w:color="000000"/>
              <w:right w:val="single" w:sz="6" w:space="0" w:color="000000"/>
            </w:tcBorders>
          </w:tcPr>
          <w:p w14:paraId="0254C13A" w14:textId="77777777" w:rsidR="00576F19" w:rsidRPr="00AE3A2D" w:rsidRDefault="00576F19"/>
        </w:tc>
        <w:tc>
          <w:tcPr>
            <w:tcW w:w="700" w:type="dxa"/>
            <w:tcBorders>
              <w:top w:val="single" w:sz="6" w:space="0" w:color="000000"/>
              <w:left w:val="single" w:sz="6" w:space="0" w:color="000000"/>
              <w:bottom w:val="single" w:sz="6" w:space="0" w:color="000000"/>
              <w:right w:val="single" w:sz="6" w:space="0" w:color="000000"/>
            </w:tcBorders>
          </w:tcPr>
          <w:p w14:paraId="08858406" w14:textId="77777777" w:rsidR="00576F19" w:rsidRPr="00AE3A2D" w:rsidRDefault="00576F19"/>
        </w:tc>
        <w:tc>
          <w:tcPr>
            <w:tcW w:w="2700" w:type="dxa"/>
            <w:tcBorders>
              <w:top w:val="single" w:sz="6" w:space="0" w:color="000000"/>
              <w:left w:val="single" w:sz="6" w:space="0" w:color="000000"/>
              <w:bottom w:val="single" w:sz="6" w:space="0" w:color="000000"/>
              <w:right w:val="single" w:sz="6" w:space="0" w:color="000000"/>
            </w:tcBorders>
          </w:tcPr>
          <w:p w14:paraId="05268545" w14:textId="77777777" w:rsidR="00576F19" w:rsidRPr="00AE3A2D" w:rsidRDefault="00576F19"/>
        </w:tc>
        <w:tc>
          <w:tcPr>
            <w:tcW w:w="5500" w:type="dxa"/>
            <w:tcBorders>
              <w:top w:val="single" w:sz="6" w:space="0" w:color="000000"/>
              <w:left w:val="single" w:sz="6" w:space="0" w:color="000000"/>
              <w:bottom w:val="single" w:sz="6" w:space="0" w:color="000000"/>
              <w:right w:val="single" w:sz="6" w:space="0" w:color="000000"/>
            </w:tcBorders>
          </w:tcPr>
          <w:p w14:paraId="31D35D2F" w14:textId="77777777" w:rsidR="00576F19" w:rsidRPr="00AE3A2D" w:rsidRDefault="00576F19"/>
        </w:tc>
      </w:tr>
      <w:tr w:rsidR="00576F19" w:rsidRPr="00AE3A2D" w14:paraId="2A8F5903" w14:textId="77777777">
        <w:trPr>
          <w:trHeight w:val="900"/>
          <w:jc w:val="center"/>
        </w:trPr>
        <w:tc>
          <w:tcPr>
            <w:tcW w:w="900" w:type="dxa"/>
            <w:tcBorders>
              <w:top w:val="single" w:sz="6" w:space="0" w:color="000000"/>
              <w:left w:val="single" w:sz="6" w:space="0" w:color="000000"/>
              <w:bottom w:val="single" w:sz="6" w:space="0" w:color="000000"/>
              <w:right w:val="single" w:sz="6" w:space="0" w:color="000000"/>
            </w:tcBorders>
          </w:tcPr>
          <w:p w14:paraId="6F565860" w14:textId="77777777" w:rsidR="00576F19" w:rsidRPr="00AE3A2D" w:rsidRDefault="00576F19"/>
        </w:tc>
        <w:tc>
          <w:tcPr>
            <w:tcW w:w="700" w:type="dxa"/>
            <w:tcBorders>
              <w:top w:val="single" w:sz="6" w:space="0" w:color="000000"/>
              <w:left w:val="single" w:sz="6" w:space="0" w:color="000000"/>
              <w:bottom w:val="single" w:sz="6" w:space="0" w:color="000000"/>
              <w:right w:val="single" w:sz="6" w:space="0" w:color="000000"/>
            </w:tcBorders>
          </w:tcPr>
          <w:p w14:paraId="5E8953BC" w14:textId="77777777" w:rsidR="00576F19" w:rsidRPr="00AE3A2D" w:rsidRDefault="00576F19"/>
        </w:tc>
        <w:tc>
          <w:tcPr>
            <w:tcW w:w="2700" w:type="dxa"/>
            <w:tcBorders>
              <w:top w:val="single" w:sz="6" w:space="0" w:color="000000"/>
              <w:left w:val="single" w:sz="6" w:space="0" w:color="000000"/>
              <w:bottom w:val="single" w:sz="6" w:space="0" w:color="000000"/>
              <w:right w:val="single" w:sz="6" w:space="0" w:color="000000"/>
            </w:tcBorders>
          </w:tcPr>
          <w:p w14:paraId="555E2CAF" w14:textId="77777777" w:rsidR="00576F19" w:rsidRPr="00AE3A2D" w:rsidRDefault="00576F19"/>
        </w:tc>
        <w:tc>
          <w:tcPr>
            <w:tcW w:w="5500" w:type="dxa"/>
            <w:tcBorders>
              <w:top w:val="single" w:sz="6" w:space="0" w:color="000000"/>
              <w:left w:val="single" w:sz="6" w:space="0" w:color="000000"/>
              <w:bottom w:val="single" w:sz="6" w:space="0" w:color="000000"/>
              <w:right w:val="single" w:sz="6" w:space="0" w:color="000000"/>
            </w:tcBorders>
          </w:tcPr>
          <w:p w14:paraId="18E52A2A" w14:textId="77777777" w:rsidR="00576F19" w:rsidRPr="00AE3A2D" w:rsidRDefault="00576F19"/>
        </w:tc>
      </w:tr>
      <w:tr w:rsidR="00576F19" w:rsidRPr="00AE3A2D" w14:paraId="54B9A0D0" w14:textId="77777777">
        <w:trPr>
          <w:trHeight w:val="900"/>
          <w:jc w:val="center"/>
        </w:trPr>
        <w:tc>
          <w:tcPr>
            <w:tcW w:w="900" w:type="dxa"/>
            <w:tcBorders>
              <w:top w:val="single" w:sz="6" w:space="0" w:color="000000"/>
              <w:left w:val="single" w:sz="6" w:space="0" w:color="000000"/>
              <w:bottom w:val="single" w:sz="6" w:space="0" w:color="000000"/>
              <w:right w:val="single" w:sz="6" w:space="0" w:color="000000"/>
            </w:tcBorders>
          </w:tcPr>
          <w:p w14:paraId="58569411" w14:textId="77777777" w:rsidR="00576F19" w:rsidRPr="00AE3A2D" w:rsidRDefault="00576F19"/>
        </w:tc>
        <w:tc>
          <w:tcPr>
            <w:tcW w:w="700" w:type="dxa"/>
            <w:tcBorders>
              <w:top w:val="single" w:sz="6" w:space="0" w:color="000000"/>
              <w:left w:val="single" w:sz="6" w:space="0" w:color="000000"/>
              <w:bottom w:val="single" w:sz="6" w:space="0" w:color="000000"/>
              <w:right w:val="single" w:sz="6" w:space="0" w:color="000000"/>
            </w:tcBorders>
          </w:tcPr>
          <w:p w14:paraId="0C7B3110" w14:textId="77777777" w:rsidR="00576F19" w:rsidRPr="00AE3A2D" w:rsidRDefault="00576F19"/>
        </w:tc>
        <w:tc>
          <w:tcPr>
            <w:tcW w:w="2700" w:type="dxa"/>
            <w:tcBorders>
              <w:top w:val="single" w:sz="6" w:space="0" w:color="000000"/>
              <w:left w:val="single" w:sz="6" w:space="0" w:color="000000"/>
              <w:bottom w:val="single" w:sz="6" w:space="0" w:color="000000"/>
              <w:right w:val="single" w:sz="6" w:space="0" w:color="000000"/>
            </w:tcBorders>
          </w:tcPr>
          <w:p w14:paraId="6D15E0F7" w14:textId="77777777" w:rsidR="00576F19" w:rsidRPr="00AE3A2D" w:rsidRDefault="00576F19"/>
        </w:tc>
        <w:tc>
          <w:tcPr>
            <w:tcW w:w="5500" w:type="dxa"/>
            <w:tcBorders>
              <w:top w:val="single" w:sz="6" w:space="0" w:color="000000"/>
              <w:left w:val="single" w:sz="6" w:space="0" w:color="000000"/>
              <w:bottom w:val="single" w:sz="6" w:space="0" w:color="000000"/>
              <w:right w:val="single" w:sz="6" w:space="0" w:color="000000"/>
            </w:tcBorders>
          </w:tcPr>
          <w:p w14:paraId="7B645FBC" w14:textId="77777777" w:rsidR="00576F19" w:rsidRPr="00AE3A2D" w:rsidRDefault="00576F19"/>
        </w:tc>
      </w:tr>
      <w:tr w:rsidR="00576F19" w:rsidRPr="00AE3A2D" w14:paraId="680ABFDC" w14:textId="77777777">
        <w:trPr>
          <w:trHeight w:val="900"/>
          <w:jc w:val="center"/>
        </w:trPr>
        <w:tc>
          <w:tcPr>
            <w:tcW w:w="900" w:type="dxa"/>
            <w:tcBorders>
              <w:top w:val="single" w:sz="6" w:space="0" w:color="000000"/>
              <w:left w:val="single" w:sz="6" w:space="0" w:color="000000"/>
              <w:bottom w:val="single" w:sz="6" w:space="0" w:color="000000"/>
              <w:right w:val="single" w:sz="6" w:space="0" w:color="000000"/>
            </w:tcBorders>
          </w:tcPr>
          <w:p w14:paraId="705B2C98" w14:textId="77777777" w:rsidR="00576F19" w:rsidRPr="00AE3A2D" w:rsidRDefault="00576F19"/>
        </w:tc>
        <w:tc>
          <w:tcPr>
            <w:tcW w:w="700" w:type="dxa"/>
            <w:tcBorders>
              <w:top w:val="single" w:sz="6" w:space="0" w:color="000000"/>
              <w:left w:val="single" w:sz="6" w:space="0" w:color="000000"/>
              <w:bottom w:val="single" w:sz="6" w:space="0" w:color="000000"/>
              <w:right w:val="single" w:sz="6" w:space="0" w:color="000000"/>
            </w:tcBorders>
          </w:tcPr>
          <w:p w14:paraId="74CAA5AC" w14:textId="77777777" w:rsidR="00576F19" w:rsidRPr="00AE3A2D" w:rsidRDefault="00576F19"/>
        </w:tc>
        <w:tc>
          <w:tcPr>
            <w:tcW w:w="2700" w:type="dxa"/>
            <w:tcBorders>
              <w:top w:val="single" w:sz="6" w:space="0" w:color="000000"/>
              <w:left w:val="single" w:sz="6" w:space="0" w:color="000000"/>
              <w:bottom w:val="single" w:sz="6" w:space="0" w:color="000000"/>
              <w:right w:val="single" w:sz="6" w:space="0" w:color="000000"/>
            </w:tcBorders>
          </w:tcPr>
          <w:p w14:paraId="1D42AB67" w14:textId="77777777" w:rsidR="00576F19" w:rsidRPr="00AE3A2D" w:rsidRDefault="00576F19"/>
        </w:tc>
        <w:tc>
          <w:tcPr>
            <w:tcW w:w="5500" w:type="dxa"/>
            <w:tcBorders>
              <w:top w:val="single" w:sz="6" w:space="0" w:color="000000"/>
              <w:left w:val="single" w:sz="6" w:space="0" w:color="000000"/>
              <w:bottom w:val="single" w:sz="6" w:space="0" w:color="000000"/>
              <w:right w:val="single" w:sz="6" w:space="0" w:color="000000"/>
            </w:tcBorders>
          </w:tcPr>
          <w:p w14:paraId="21B641E5" w14:textId="77777777" w:rsidR="00576F19" w:rsidRPr="00AE3A2D" w:rsidRDefault="00576F19"/>
        </w:tc>
      </w:tr>
      <w:tr w:rsidR="00576F19" w:rsidRPr="00AE3A2D" w14:paraId="4425677B" w14:textId="77777777">
        <w:trPr>
          <w:trHeight w:val="900"/>
          <w:jc w:val="center"/>
        </w:trPr>
        <w:tc>
          <w:tcPr>
            <w:tcW w:w="900" w:type="dxa"/>
            <w:tcBorders>
              <w:top w:val="single" w:sz="6" w:space="0" w:color="000000"/>
              <w:left w:val="single" w:sz="6" w:space="0" w:color="000000"/>
              <w:bottom w:val="single" w:sz="6" w:space="0" w:color="000000"/>
              <w:right w:val="single" w:sz="6" w:space="0" w:color="000000"/>
            </w:tcBorders>
          </w:tcPr>
          <w:p w14:paraId="7F6F5AAC" w14:textId="77777777" w:rsidR="00576F19" w:rsidRPr="00AE3A2D" w:rsidRDefault="00576F19"/>
        </w:tc>
        <w:tc>
          <w:tcPr>
            <w:tcW w:w="700" w:type="dxa"/>
            <w:tcBorders>
              <w:top w:val="single" w:sz="6" w:space="0" w:color="000000"/>
              <w:left w:val="single" w:sz="6" w:space="0" w:color="000000"/>
              <w:bottom w:val="single" w:sz="6" w:space="0" w:color="000000"/>
              <w:right w:val="single" w:sz="6" w:space="0" w:color="000000"/>
            </w:tcBorders>
          </w:tcPr>
          <w:p w14:paraId="6DF66D12" w14:textId="77777777" w:rsidR="00576F19" w:rsidRPr="00AE3A2D" w:rsidRDefault="00576F19"/>
        </w:tc>
        <w:tc>
          <w:tcPr>
            <w:tcW w:w="2700" w:type="dxa"/>
            <w:tcBorders>
              <w:top w:val="single" w:sz="6" w:space="0" w:color="000000"/>
              <w:left w:val="single" w:sz="6" w:space="0" w:color="000000"/>
              <w:bottom w:val="single" w:sz="6" w:space="0" w:color="000000"/>
              <w:right w:val="single" w:sz="6" w:space="0" w:color="000000"/>
            </w:tcBorders>
          </w:tcPr>
          <w:p w14:paraId="21C33DA8" w14:textId="77777777" w:rsidR="00576F19" w:rsidRPr="00AE3A2D" w:rsidRDefault="00576F19"/>
        </w:tc>
        <w:tc>
          <w:tcPr>
            <w:tcW w:w="5500" w:type="dxa"/>
            <w:tcBorders>
              <w:top w:val="single" w:sz="6" w:space="0" w:color="000000"/>
              <w:left w:val="single" w:sz="6" w:space="0" w:color="000000"/>
              <w:bottom w:val="single" w:sz="6" w:space="0" w:color="000000"/>
              <w:right w:val="single" w:sz="6" w:space="0" w:color="000000"/>
            </w:tcBorders>
          </w:tcPr>
          <w:p w14:paraId="5A212215" w14:textId="77777777" w:rsidR="00576F19" w:rsidRPr="00AE3A2D" w:rsidRDefault="00576F19"/>
        </w:tc>
      </w:tr>
      <w:tr w:rsidR="00576F19" w:rsidRPr="00AE3A2D" w14:paraId="0BE6C89B" w14:textId="77777777">
        <w:trPr>
          <w:trHeight w:val="900"/>
          <w:jc w:val="center"/>
        </w:trPr>
        <w:tc>
          <w:tcPr>
            <w:tcW w:w="900" w:type="dxa"/>
            <w:tcBorders>
              <w:top w:val="single" w:sz="6" w:space="0" w:color="000000"/>
              <w:left w:val="single" w:sz="6" w:space="0" w:color="000000"/>
              <w:bottom w:val="single" w:sz="6" w:space="0" w:color="000000"/>
              <w:right w:val="single" w:sz="6" w:space="0" w:color="000000"/>
            </w:tcBorders>
          </w:tcPr>
          <w:p w14:paraId="69FFAA14" w14:textId="77777777" w:rsidR="00576F19" w:rsidRPr="00AE3A2D" w:rsidRDefault="00576F19"/>
        </w:tc>
        <w:tc>
          <w:tcPr>
            <w:tcW w:w="700" w:type="dxa"/>
            <w:tcBorders>
              <w:top w:val="single" w:sz="6" w:space="0" w:color="000000"/>
              <w:left w:val="single" w:sz="6" w:space="0" w:color="000000"/>
              <w:bottom w:val="single" w:sz="6" w:space="0" w:color="000000"/>
              <w:right w:val="single" w:sz="6" w:space="0" w:color="000000"/>
            </w:tcBorders>
          </w:tcPr>
          <w:p w14:paraId="102CBDA6" w14:textId="77777777" w:rsidR="00576F19" w:rsidRPr="00AE3A2D" w:rsidRDefault="00576F19"/>
        </w:tc>
        <w:tc>
          <w:tcPr>
            <w:tcW w:w="2700" w:type="dxa"/>
            <w:tcBorders>
              <w:top w:val="single" w:sz="6" w:space="0" w:color="000000"/>
              <w:left w:val="single" w:sz="6" w:space="0" w:color="000000"/>
              <w:bottom w:val="single" w:sz="6" w:space="0" w:color="000000"/>
              <w:right w:val="single" w:sz="6" w:space="0" w:color="000000"/>
            </w:tcBorders>
          </w:tcPr>
          <w:p w14:paraId="1F7450DD" w14:textId="77777777" w:rsidR="00576F19" w:rsidRPr="00AE3A2D" w:rsidRDefault="00576F19"/>
        </w:tc>
        <w:tc>
          <w:tcPr>
            <w:tcW w:w="5500" w:type="dxa"/>
            <w:tcBorders>
              <w:top w:val="single" w:sz="6" w:space="0" w:color="000000"/>
              <w:left w:val="single" w:sz="6" w:space="0" w:color="000000"/>
              <w:bottom w:val="single" w:sz="6" w:space="0" w:color="000000"/>
              <w:right w:val="single" w:sz="6" w:space="0" w:color="000000"/>
            </w:tcBorders>
          </w:tcPr>
          <w:p w14:paraId="4C4EF3AB" w14:textId="77777777" w:rsidR="00576F19" w:rsidRPr="00AE3A2D" w:rsidRDefault="00576F19"/>
        </w:tc>
      </w:tr>
    </w:tbl>
    <w:p w14:paraId="2FAAA1D9" w14:textId="010DDD41" w:rsidR="00576F19" w:rsidRPr="00AE3A2D" w:rsidRDefault="00000000">
      <w:pPr>
        <w:spacing w:before="80" w:after="0" w:line="240" w:lineRule="auto"/>
        <w:rPr>
          <w:lang w:eastAsia="ja-JP"/>
        </w:rPr>
      </w:pPr>
      <w:r w:rsidRPr="00AE3A2D">
        <w:rPr>
          <w:sz w:val="18"/>
          <w:lang w:eastAsia="ja-JP"/>
        </w:rPr>
        <w:t>※</w:t>
      </w:r>
      <w:r w:rsidR="00985A52" w:rsidRPr="00AE3A2D">
        <w:rPr>
          <w:sz w:val="18"/>
          <w:lang w:eastAsia="ja-JP"/>
        </w:rPr>
        <w:t>質疑</w:t>
      </w:r>
      <w:r w:rsidRPr="00AE3A2D">
        <w:rPr>
          <w:sz w:val="18"/>
          <w:lang w:eastAsia="ja-JP"/>
        </w:rPr>
        <w:t>事項がない場合は、</w:t>
      </w:r>
      <w:r w:rsidR="00985A52" w:rsidRPr="00AE3A2D">
        <w:rPr>
          <w:sz w:val="18"/>
          <w:lang w:eastAsia="ja-JP"/>
        </w:rPr>
        <w:t>質疑</w:t>
      </w:r>
      <w:r w:rsidRPr="00AE3A2D">
        <w:rPr>
          <w:sz w:val="18"/>
          <w:lang w:eastAsia="ja-JP"/>
        </w:rPr>
        <w:t>内容欄に「なし」と記載してください。</w:t>
      </w:r>
    </w:p>
    <w:p w14:paraId="400FDCDF" w14:textId="3859A96E" w:rsidR="00576F19" w:rsidRDefault="00000000">
      <w:pPr>
        <w:spacing w:after="0" w:line="240" w:lineRule="auto"/>
        <w:rPr>
          <w:lang w:eastAsia="ja-JP"/>
        </w:rPr>
      </w:pPr>
      <w:r w:rsidRPr="00AE3A2D">
        <w:rPr>
          <w:sz w:val="18"/>
          <w:lang w:eastAsia="ja-JP"/>
        </w:rPr>
        <w:t>※</w:t>
      </w:r>
      <w:r w:rsidR="00985A52" w:rsidRPr="00AE3A2D">
        <w:rPr>
          <w:sz w:val="18"/>
          <w:lang w:eastAsia="ja-JP"/>
        </w:rPr>
        <w:t>質疑</w:t>
      </w:r>
      <w:r w:rsidRPr="00AE3A2D">
        <w:rPr>
          <w:sz w:val="18"/>
          <w:lang w:eastAsia="ja-JP"/>
        </w:rPr>
        <w:t>欄が不足する場合は、適宜行を追加してください。</w:t>
      </w:r>
    </w:p>
    <w:sectPr w:rsidR="00576F19" w:rsidSect="00034616">
      <w:pgSz w:w="12240" w:h="15840"/>
      <w:pgMar w:top="1020"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E0DC" w14:textId="77777777" w:rsidR="00BC6168" w:rsidRDefault="00BC6168" w:rsidP="005B573D">
      <w:pPr>
        <w:spacing w:after="0" w:line="240" w:lineRule="auto"/>
      </w:pPr>
      <w:r>
        <w:separator/>
      </w:r>
    </w:p>
  </w:endnote>
  <w:endnote w:type="continuationSeparator" w:id="0">
    <w:p w14:paraId="3EC3B279" w14:textId="77777777" w:rsidR="00BC6168" w:rsidRDefault="00BC6168" w:rsidP="005B5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57C24" w14:textId="77777777" w:rsidR="00BC6168" w:rsidRDefault="00BC6168" w:rsidP="005B573D">
      <w:pPr>
        <w:spacing w:after="0" w:line="240" w:lineRule="auto"/>
      </w:pPr>
      <w:r>
        <w:separator/>
      </w:r>
    </w:p>
  </w:footnote>
  <w:footnote w:type="continuationSeparator" w:id="0">
    <w:p w14:paraId="726E59DB" w14:textId="77777777" w:rsidR="00BC6168" w:rsidRDefault="00BC6168" w:rsidP="005B5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6679916">
    <w:abstractNumId w:val="8"/>
  </w:num>
  <w:num w:numId="2" w16cid:durableId="2092575783">
    <w:abstractNumId w:val="6"/>
  </w:num>
  <w:num w:numId="3" w16cid:durableId="1286231763">
    <w:abstractNumId w:val="5"/>
  </w:num>
  <w:num w:numId="4" w16cid:durableId="15430779">
    <w:abstractNumId w:val="4"/>
  </w:num>
  <w:num w:numId="5" w16cid:durableId="243729704">
    <w:abstractNumId w:val="7"/>
  </w:num>
  <w:num w:numId="6" w16cid:durableId="1941717879">
    <w:abstractNumId w:val="3"/>
  </w:num>
  <w:num w:numId="7" w16cid:durableId="1203052808">
    <w:abstractNumId w:val="2"/>
  </w:num>
  <w:num w:numId="8" w16cid:durableId="94135264">
    <w:abstractNumId w:val="1"/>
  </w:num>
  <w:num w:numId="9" w16cid:durableId="345789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71C7"/>
    <w:rsid w:val="0029639D"/>
    <w:rsid w:val="002A496C"/>
    <w:rsid w:val="00326F90"/>
    <w:rsid w:val="00576F19"/>
    <w:rsid w:val="005B573D"/>
    <w:rsid w:val="007345A8"/>
    <w:rsid w:val="00932092"/>
    <w:rsid w:val="00963BB7"/>
    <w:rsid w:val="00985A52"/>
    <w:rsid w:val="00AA1D8D"/>
    <w:rsid w:val="00AE3A2D"/>
    <w:rsid w:val="00B47730"/>
    <w:rsid w:val="00BC6168"/>
    <w:rsid w:val="00CB0664"/>
    <w:rsid w:val="00E82E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365007"/>
  <w14:defaultImageDpi w14:val="300"/>
  <w15:docId w15:val="{EBF27EBE-977B-4086-8E5D-EE58A055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eastAsia="游ゴシック" w:hAnsi="游ゴシック"/>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AE3A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ura@jujinkai.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Words>
  <Characters>615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dcterms:created xsi:type="dcterms:W3CDTF">2026-06-24T08:29:00Z</dcterms:created>
  <dcterms:modified xsi:type="dcterms:W3CDTF">2026-06-24T08:29:00Z</dcterms:modified>
  <cp:category/>
</cp:coreProperties>
</file>